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ענווה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"ענווה"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🌾 ענווה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לְהִתְגָּאוֹת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ענווה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🌾 🤝 😊  משפט השבוע: שְׂמֵחִים בְּהַצְלָחָה בְּלִי לְהִתְגָּאוֹת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לְהִתְגָּאוֹת  |  שׁוֹמְרִים  |  מְחַפְּשִׂים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"שְׂמֵחִים בְּהַצְלָחָה בְּלִי לְהִתְגָּאוֹת"?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🌾 ענווה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🌤️ אופטימיות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לשמוח בהצלחה של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להגיד תודה למי שעזר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שְׂמֵחִים בְּהַצְלָחָה בְּלִי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הרגישה אלמז כשדניאל הזמין אותה לבנות?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להגיד תודה למי שעזר לי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ענווה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