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ענווה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"ענווה"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לעזור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thank you / спасибо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together / вместе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succeed / добиваться успеха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help / помогать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בהצלחה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🌾 ענווה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ענווה זה לא להגיד כל הזמן אני הכי טוב. שמחים גם בהצלחה של אחרים.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thank you · спасибо · አመሰግናለሁ · شكرا · merci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together · вместе · አብረን · معا · ensemble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להצליח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succeed · добиваться успеха · መሳካት · ينجح · réussir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help · помогать · መርዳት · يساعد · aider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תודה  |  ביחד  |  להצליח  |  לעזור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help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לעזור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help / помогать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succeed / добиваться успеха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להצליח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thank you / спасибо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together / вместе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ענווה זה לא להגיד כל הזמן אני הכי טוב. שמחים גם ________ של אחרים.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"תודה".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הרגישה אלמז כשדניאל הזמין אותה לבנות?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להגיד תודה למי שעזר לי / לשמוח בהצלחה של חבר או חברה)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ענווה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