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אופטימיות</w:t>
      </w:r>
    </w:p>
    <w:p>
      <w:pPr>
        <w:bidi/>
        <w:jc w:val="right"/>
      </w:pPr>
      <w:r>
        <w:rPr>
          <w:rFonts w:ascii="Arial" w:hAnsi="Arial" w:cs="Arial"/>
          <w:sz w:val="24"/>
          <w:rtl/>
          <w:szCs w:val="24"/>
        </w:rPr>
        <w:t>• 🎯 מטרה: לתרגל את ערך השבוע "אופטימיות"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להאמין שדברים יכולים להשתפר, ולחפש את הטוב גם ביום קשה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לדאוג לטבע, לאוויר, למים ולמקום שבו אנחנו חיים, היום ולמען הדורות הבאים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התחושה שכולנו קשורים זה לזה, ושכל אחד ואחת אחראים גם לטובת האחרים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לכבד ולקבל אנשים שונים מאיתנו במראה, במנהגים, ביכולות ובדעות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מסתתרת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5/12 כוס (חמש חלקי שתים־עשרה): חצי ועוד רבע זה 9/12, פחות שליש (4/12) נשארים 5/12</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אופטימיות – דף תרגול</w:t>
      </w:r>
    </w:p>
    <w:p>
      <w:pPr>
        <w:bidi/>
        <w:jc w:val="right"/>
      </w:pPr>
      <w:r>
        <w:rPr>
          <w:rFonts w:ascii="Arial" w:hAnsi="Arial" w:cs="Arial"/>
          <w:color w:val="555577"/>
          <w:sz w:val="24"/>
          <w:rtl/>
          <w:szCs w:val="24"/>
        </w:rPr>
        <w:t>ערך השבוע: אופטימיות – להאמין שדברים יכולים להשתפר, ולחפש את הטוב גם ביום קשה.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נועה עברה דירה באמצע השנה ולא הכירה אף אחד בכיתה החדשה. בשבוע הראשון היא אכלה לבד בהפסקה. היא החליטה שכל יום תגיד שלום למישהו אחד חדש. ביום הרביעי, אדל הזמינה אותה לשבת איתה.</w:t>
      </w:r>
    </w:p>
    <w:p>
      <w:pPr>
        <w:bidi/>
        <w:jc w:val="right"/>
      </w:pPr>
      <w:r>
        <w:rPr>
          <w:rFonts w:ascii="Arial" w:hAnsi="Arial" w:cs="Arial"/>
          <w:sz w:val="24"/>
          <w:rtl/>
          <w:szCs w:val="24"/>
        </w:rPr>
        <w:t>1. מה היה קורה אילו נועה הייתה מוותרת אחרי יום אחד?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עוזר לכם לראות את הטוב ביום קשה?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אופטימיות לבין התעלמות מבעיות?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"אופטימיות"?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לעודד חבר או חברה לפני מבחן או משימה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לכתוב שלושה דברים טובים בכל ערב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להחליף משפט שלילי על עצמי במשפט מעודד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אופטימיות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התחושה שכולנו קשורים זה לזה, ושכל אחד ואחת אחראים גם לטובת האחרים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שמירה על הסביבה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להאמין שדברים יכולים להשתפר, ולחפש את הטוב גם ביום קשה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ערבות הדדית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לדאוג לטבע, לאוויר, למים ולמקום שבו אנחנו חיים, היום ולמען הדורות הבאים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קבלת השונה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לכבד ולקבל אנשים שונים מאיתנו במראה, במנהגים, ביכולות ובדעות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"גם ביום אפור ________ קרן שמש קטנה – רק צריך לחפש"</w:t>
      </w:r>
    </w:p>
    <w:p>
      <w:pPr>
        <w:bidi/>
        <w:jc w:val="right"/>
      </w:pPr>
      <w:r>
        <w:rPr>
          <w:rFonts w:ascii="Arial" w:hAnsi="Arial" w:cs="Arial"/>
          <w:sz w:val="24"/>
          <w:rtl/>
          <w:szCs w:val="24"/>
        </w:rPr>
        <w:t>2. 🧩 חידה: בכוס יש חצי מים. מוסיפים לה עוד רבע כוס, ואז שותים שליש כוס. כמה מים נשארו בכוס?</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לכתוב שלושה דברים טובים בכל ערב · להחליף משפט שלילי על עצמי במשפט מעודד · לעודד חבר או חברה לפני מבחן או משימה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הדרך שבה אני מסתכל או מסתכלת על דברים?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שתפו ברגע השבוע שהתחיל לא טוב והסתיים טוב יותר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אופטימיות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