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אופטימיות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"אופטימיות"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להאמין שדברים יכולים להשתפר, ולחפש את הטוב גם ביום קשה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לדאוג לטבע, לאוויר, למים ולמקום שבו אנחנו חיים, היום ולמען הדורות הבאים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התחושה שכולנו קשורים זה לזה, ושכל אחד ואחת אחראים גם לטובת האחרים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לכבד ולקבל אנשים שונים מאיתנו במראה, במנהגים, ביכולות ובדעות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מסתתרת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קשת בענן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🌤️ אופטימיות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אופטימיות – להאמין שדברים יכולים להשתפר, ולחפש את הטוב גם ביום קשה.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יוסף קיבל ציון נמוך במבחן באנגלית. בדרך הביתה הוא חשב: אני אף פעם לא אצליח. אחר כך נזכר שבחשבון הוא השתפר מאוד אחרי שהתאמן. הוא החליט לבקש מאחותו הגדולה לתרגל איתו פעמיים בשבוע.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עזר ליוסף לשנות את המחשבה שלו?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איזה משפט אופטימי אפשר להגיד לעצמנו אחרי טעות?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"אופטימיות"?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לוותר מיד כשקשה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לחייך למישהו שנראה עצוב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להגיד אני אנסה במקום אני לא יכול או יכולה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לספר כל ערב על דבר טוב אחד שקרה לי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🌤️ אופטימיות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להאמין שדברים יכולים להשתפר, ולחפש את הטוב גם ביום קשה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שמירה על הסביבה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התחושה שכולנו קשורים זה לזה, ושכל אחד ואחת אחראים גם לטובת האחרים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🫶 ערבות הדדית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לכבד ולקבל אנשים שונים מאיתנו במראה, במנהגים, ביכולות ובדעות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🌈 קבלת השונה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לדאוג לטבע, לאוויר, למים ולמקום שבו אנחנו חיים, היום ולמען הדורות הבאים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"גם ביום אפור ________ קרן שמש קטנה – רק צריך לחפש"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אחרי הגשם אני מופיעה בשמיים עם שבעה צבעים, ונעלמת כשהשמש מסתתרת. מי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לספר כל ערב על דבר טוב אחד שקרה לי · לחייך למישהו שנראה עצוב · להגיד אני אנסה במקום אני לא יכול או יכולה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הדרך שבה אני מסתכל או מסתכלת על דברים?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שתפו ברגע השבוע שהתחיל לא טוב והסתיים טוב יותר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אופטימיות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